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087C63"/>
          <w:sz w:val="40"/>
        </w:rPr>
        <w:t>YOUR NAME</w:t>
      </w:r>
    </w:p>
    <w:p>
      <w:pPr>
        <w:jc w:val="left"/>
      </w:pPr>
      <w:r>
        <w:t>Target role or professional headline</w:t>
      </w:r>
    </w:p>
    <w:p>
      <w:pPr>
        <w:jc w:val="left"/>
      </w:pPr>
      <w:r>
        <w:t>name@example.com | +00 000 000 000 | City, Country | linkedin.com/in/your-name</w:t>
      </w:r>
    </w:p>
    <w:p>
      <w:pPr>
        <w:spacing w:before="160" w:after="40"/>
      </w:pPr>
      <w:r>
        <w:rPr>
          <w:b/>
          <w:color w:val="087C63"/>
          <w:sz w:val="22"/>
        </w:rPr>
        <w:t>SUMMARY</w:t>
      </w:r>
    </w:p>
    <w:p>
      <w:r>
        <w:t>Write two or three lines that connect your experience to the work you want. Replace this prompt with facts you can support.</w:t>
      </w:r>
    </w:p>
    <w:p>
      <w:pPr>
        <w:spacing w:before="160" w:after="40"/>
      </w:pPr>
      <w:r>
        <w:rPr>
          <w:b/>
          <w:color w:val="087C63"/>
          <w:sz w:val="22"/>
        </w:rPr>
        <w:t>SKILLS</w:t>
      </w:r>
    </w:p>
    <w:p>
      <w:r>
        <w:t>Skill one • Skill two • Skill three • Skill four</w:t>
      </w:r>
    </w:p>
    <w:p>
      <w:pPr>
        <w:spacing w:before="160" w:after="40"/>
      </w:pPr>
      <w:r>
        <w:rPr>
          <w:b/>
          <w:color w:val="087C63"/>
          <w:sz w:val="22"/>
        </w:rPr>
        <w:t>EXPERIENCE</w:t>
      </w:r>
    </w:p>
    <w:p>
      <w:r>
        <w:rPr>
          <w:b/>
        </w:rPr>
        <w:t>Role title — Employer name</w:t>
      </w:r>
      <w:r>
        <w:br/>
        <w:t>Month Year – Present | City or Remote</w:t>
      </w:r>
    </w:p>
    <w:p>
      <w:pPr>
        <w:pStyle w:val="ListBullet"/>
      </w:pPr>
      <w:r>
        <w:t>Describe an action, its scale and a result you can verify.</w:t>
      </w:r>
    </w:p>
    <w:p>
      <w:pPr>
        <w:pStyle w:val="ListBullet"/>
      </w:pPr>
      <w:r>
        <w:t>Add a second example that shows ownership or useful technical depth.</w:t>
      </w:r>
    </w:p>
    <w:p>
      <w:pPr>
        <w:spacing w:before="160" w:after="40"/>
      </w:pPr>
      <w:r>
        <w:rPr>
          <w:b/>
          <w:color w:val="087C63"/>
          <w:sz w:val="22"/>
        </w:rPr>
        <w:t>PROJECTS</w:t>
      </w:r>
    </w:p>
    <w:p>
      <w:r>
        <w:t>Project name — Explain the problem, your contribution and the outcome. Add a link when it helps.</w:t>
      </w:r>
    </w:p>
    <w:p>
      <w:pPr>
        <w:spacing w:before="160" w:after="40"/>
      </w:pPr>
      <w:r>
        <w:rPr>
          <w:b/>
          <w:color w:val="087C63"/>
          <w:sz w:val="22"/>
        </w:rPr>
        <w:t>EDUCATION</w:t>
      </w:r>
    </w:p>
    <w:p>
      <w:r>
        <w:t>Qualification — Institution</w:t>
        <w:br/>
        <w:t>Year – Year</w:t>
      </w:r>
    </w:p>
    <w:p>
      <w:r>
        <w:t>Template guidance only. Replace every placeholder before applying.</w:t>
      </w:r>
    </w:p>
    <w:sectPr w:rsidR="00FC693F" w:rsidRPr="0006063C" w:rsidSect="00034616">
      <w:pgSz w:w="12240" w:h="15840"/>
      <w:pgMar w:top="1037" w:right="1037" w:bottom="1037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